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🗣️ Set de Preguntas Base para Sesiones</w:t>
      </w:r>
    </w:p>
    <w:p>
      <w:r>
        <w:t>Guía práctica para coaches que acompañan desde la perspectiva IFS</w:t>
      </w:r>
    </w:p>
    <w:p>
      <w:r>
        <w:t>Este PDF contiene un conjunto de preguntas que podés tener a mano durante tus sesiones. Están pensadas para ayudarte a facilitar procesos de autoexploración y autoliderazgo en tus clientes, sin salirte de tu rol como coach. Las preguntas están organizadas por momentos clave del proceso conversacional.</w:t>
      </w:r>
    </w:p>
    <w:p>
      <w:pPr>
        <w:pStyle w:val="Heading2"/>
      </w:pPr>
      <w:r>
        <w:t>🔹 Inicio de la sesión</w:t>
      </w:r>
    </w:p>
    <w:p>
      <w:r>
        <w:t>- ¿Qué parte tuya quiso venir hoy a la sesión?</w:t>
        <w:br/>
        <w:t>- ¿Qué está presente en vos en este momento?</w:t>
        <w:br/>
        <w:t>- ¿Hay algo que te gustaría trabajar hoy desde lo que estás sintiendo?</w:t>
        <w:br/>
        <w:t>- ¿Qué parte necesita más atención hoy?</w:t>
      </w:r>
    </w:p>
    <w:p>
      <w:pPr>
        <w:pStyle w:val="Heading2"/>
      </w:pPr>
      <w:r>
        <w:t>🔹 Ante una emoción intensa</w:t>
      </w:r>
    </w:p>
    <w:p>
      <w:r>
        <w:t>- ¿Qué parte está más activada en este momento?</w:t>
        <w:br/>
        <w:t>- ¿Dónde sentís esa parte en tu cuerpo?</w:t>
        <w:br/>
        <w:t>- ¿Podés notar cómo se siente esta parte?</w:t>
        <w:br/>
        <w:t>- ¿Qué quiere proteger?</w:t>
        <w:br/>
        <w:t>- ¿Qué le gustaría que sepas sobre lo que está sintiendo?</w:t>
      </w:r>
    </w:p>
    <w:p>
      <w:pPr>
        <w:pStyle w:val="Heading2"/>
      </w:pPr>
      <w:r>
        <w:t>🔹 En toma de decisiones</w:t>
      </w:r>
    </w:p>
    <w:p>
      <w:r>
        <w:t>- ¿Qué partes tenés activas frente a esta decisión?</w:t>
        <w:br/>
        <w:t>- ¿Qué quiere cada parte?</w:t>
        <w:br/>
        <w:t>- ¿Qué temen si no se hace lo que proponen?</w:t>
        <w:br/>
        <w:t>- ¿Hay polarización entre dos o más partes?</w:t>
        <w:br/>
        <w:t>- ¿Podés preguntarles qué necesitarían para confiar más en vos?</w:t>
      </w:r>
    </w:p>
    <w:p>
      <w:pPr>
        <w:pStyle w:val="Heading2"/>
      </w:pPr>
      <w:r>
        <w:t>🔹 En cierre o reflexión</w:t>
      </w:r>
    </w:p>
    <w:p>
      <w:r>
        <w:t>- ¿Qué parte se siente más escuchada hoy?</w:t>
        <w:br/>
        <w:t>- ¿Hay algo que alguna parte quiera decir antes de cerrar?</w:t>
        <w:br/>
        <w:t>- ¿Qué aprendiste sobre tu sistema interno en esta sesión?</w:t>
        <w:br/>
        <w:t>- ¿Qué parte tuya puede ayudarte a integrar lo que trabajaste hoy?</w:t>
        <w:br/>
        <w:t>- ¿Con qué parte te vas más en contacto?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