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FEA4" w14:textId="3E6BC86B" w:rsidR="009F53CA" w:rsidRPr="00BF21F7" w:rsidRDefault="00BF21F7">
      <w:pPr>
        <w:pStyle w:val="Ttulo1"/>
        <w:rPr>
          <w:sz w:val="52"/>
          <w:szCs w:val="52"/>
        </w:rPr>
      </w:pPr>
      <w:r w:rsidRPr="00BF21F7">
        <w:rPr>
          <w:sz w:val="52"/>
          <w:szCs w:val="52"/>
        </w:rPr>
        <w:t>🧘</w:t>
      </w:r>
      <w:r w:rsidRPr="00BF21F7">
        <w:rPr>
          <w:sz w:val="52"/>
          <w:szCs w:val="52"/>
        </w:rPr>
        <w:t>‍♂</w:t>
      </w:r>
      <w:r w:rsidRPr="00BF21F7">
        <w:rPr>
          <w:sz w:val="52"/>
          <w:szCs w:val="52"/>
        </w:rPr>
        <w:t>️</w:t>
      </w:r>
      <w:r w:rsidRPr="00BF21F7">
        <w:rPr>
          <w:sz w:val="52"/>
          <w:szCs w:val="52"/>
        </w:rPr>
        <w:t xml:space="preserve"> </w:t>
      </w:r>
      <w:proofErr w:type="spellStart"/>
      <w:r w:rsidRPr="00BF21F7">
        <w:rPr>
          <w:sz w:val="52"/>
          <w:szCs w:val="52"/>
        </w:rPr>
        <w:t>Ejercicio</w:t>
      </w:r>
      <w:proofErr w:type="spellEnd"/>
      <w:r w:rsidRPr="00BF21F7">
        <w:rPr>
          <w:sz w:val="52"/>
          <w:szCs w:val="52"/>
        </w:rPr>
        <w:t xml:space="preserve"> </w:t>
      </w:r>
      <w:proofErr w:type="spellStart"/>
      <w:r w:rsidRPr="00BF21F7">
        <w:rPr>
          <w:sz w:val="52"/>
          <w:szCs w:val="52"/>
        </w:rPr>
        <w:t>Guiado</w:t>
      </w:r>
      <w:proofErr w:type="spellEnd"/>
      <w:r w:rsidRPr="00BF21F7">
        <w:rPr>
          <w:sz w:val="52"/>
          <w:szCs w:val="52"/>
        </w:rPr>
        <w:t xml:space="preserve">: </w:t>
      </w:r>
      <w:proofErr w:type="spellStart"/>
      <w:r w:rsidRPr="00BF21F7">
        <w:rPr>
          <w:sz w:val="52"/>
          <w:szCs w:val="52"/>
        </w:rPr>
        <w:t>Nombrar</w:t>
      </w:r>
      <w:proofErr w:type="spellEnd"/>
      <w:r w:rsidRPr="00BF21F7">
        <w:rPr>
          <w:sz w:val="52"/>
          <w:szCs w:val="52"/>
        </w:rPr>
        <w:t xml:space="preserve">, </w:t>
      </w:r>
      <w:proofErr w:type="spellStart"/>
      <w:r w:rsidRPr="00BF21F7">
        <w:rPr>
          <w:sz w:val="52"/>
          <w:szCs w:val="52"/>
        </w:rPr>
        <w:t>Ubicar</w:t>
      </w:r>
      <w:proofErr w:type="spellEnd"/>
      <w:r w:rsidRPr="00BF21F7">
        <w:rPr>
          <w:sz w:val="52"/>
          <w:szCs w:val="52"/>
        </w:rPr>
        <w:t xml:space="preserve"> y </w:t>
      </w:r>
      <w:proofErr w:type="spellStart"/>
      <w:r w:rsidRPr="00BF21F7">
        <w:rPr>
          <w:sz w:val="52"/>
          <w:szCs w:val="52"/>
        </w:rPr>
        <w:t>Conversar</w:t>
      </w:r>
      <w:proofErr w:type="spellEnd"/>
      <w:r w:rsidRPr="00BF21F7">
        <w:rPr>
          <w:sz w:val="52"/>
          <w:szCs w:val="52"/>
        </w:rPr>
        <w:t xml:space="preserve"> con una Parte</w:t>
      </w:r>
    </w:p>
    <w:p w14:paraId="726FA3D4" w14:textId="77777777" w:rsidR="009F53CA" w:rsidRDefault="00BF21F7">
      <w:r>
        <w:t>Práctica vivencial para vos o para facilitar en sesión</w:t>
      </w:r>
    </w:p>
    <w:p w14:paraId="3FECFC71" w14:textId="77777777" w:rsidR="009F53CA" w:rsidRDefault="00BF21F7">
      <w:pPr>
        <w:pStyle w:val="Ttulo2"/>
      </w:pPr>
      <w:r>
        <w:t>🌿</w:t>
      </w:r>
      <w:r>
        <w:t xml:space="preserve"> Introducción breve para quien lo recibe</w:t>
      </w:r>
    </w:p>
    <w:p w14:paraId="019D61C8" w14:textId="77777777" w:rsidR="009F53CA" w:rsidRDefault="00BF21F7">
      <w:r>
        <w:t xml:space="preserve">Este ejercicio está inspirado en el modelo IFS (Internal Family Systems) y tiene como </w:t>
      </w:r>
      <w:r>
        <w:t>objetivo ayudarte a desarrollar una relación más consciente, amable y clara con una de tus partes internas. Podés hacerlo en cualquier momento del día en que necesites detenerte, escuchar lo que sentís, o acompañar algo que se activó dentro tuyo.</w:t>
      </w:r>
    </w:p>
    <w:p w14:paraId="0DBCEA42" w14:textId="77777777" w:rsidR="009F53CA" w:rsidRDefault="00BF21F7">
      <w:pPr>
        <w:pStyle w:val="Ttulo2"/>
      </w:pPr>
      <w:r>
        <w:t>🌀</w:t>
      </w:r>
      <w:r>
        <w:t xml:space="preserve"> PASO A</w:t>
      </w:r>
      <w:r>
        <w:t xml:space="preserve"> PASO</w:t>
      </w:r>
    </w:p>
    <w:p w14:paraId="2373AD16" w14:textId="77777777" w:rsidR="009F53CA" w:rsidRPr="00BF21F7" w:rsidRDefault="00BF21F7">
      <w:pPr>
        <w:rPr>
          <w:b/>
          <w:bCs/>
        </w:rPr>
      </w:pPr>
      <w:r w:rsidRPr="00BF21F7">
        <w:rPr>
          <w:b/>
          <w:bCs/>
        </w:rPr>
        <w:t>1. Cerrá los ojos y tomá contacto con tu interior</w:t>
      </w:r>
    </w:p>
    <w:p w14:paraId="27C3F26F" w14:textId="77777777" w:rsidR="009F53CA" w:rsidRDefault="00BF21F7">
      <w:r>
        <w:t xml:space="preserve">   Llevá la atención hacia adentro y notá si hay alguna parte que esté presente en este momento. Puede sentirse como una emoción, un pensamiento repetitivo, una tensión corporal o un impulso.</w:t>
      </w:r>
    </w:p>
    <w:p w14:paraId="23384875" w14:textId="77777777" w:rsidR="009F53CA" w:rsidRPr="00BF21F7" w:rsidRDefault="00BF21F7">
      <w:pPr>
        <w:rPr>
          <w:b/>
          <w:bCs/>
        </w:rPr>
      </w:pPr>
      <w:r w:rsidRPr="00BF21F7">
        <w:rPr>
          <w:b/>
          <w:bCs/>
        </w:rPr>
        <w:t>2. Nombr</w:t>
      </w:r>
      <w:r w:rsidRPr="00BF21F7">
        <w:rPr>
          <w:b/>
          <w:bCs/>
        </w:rPr>
        <w:t>ala con tus palabras</w:t>
      </w:r>
    </w:p>
    <w:p w14:paraId="41406E35" w14:textId="77777777" w:rsidR="009F53CA" w:rsidRDefault="00BF21F7">
      <w:r>
        <w:t xml:space="preserve">   - ¿Cómo se siente esta parte?</w:t>
      </w:r>
      <w:r>
        <w:br/>
        <w:t xml:space="preserve">   - ¿Qué quiere o qué teme?</w:t>
      </w:r>
      <w:r>
        <w:br/>
        <w:t xml:space="preserve">   - ¿Qué nombre intuitivo podrías darle? (“La que se apura”, “El que quiere desaparecer”, “Mi parte desconfiada”)</w:t>
      </w:r>
    </w:p>
    <w:p w14:paraId="5FD0C433" w14:textId="77777777" w:rsidR="009F53CA" w:rsidRPr="00BF21F7" w:rsidRDefault="00BF21F7">
      <w:pPr>
        <w:rPr>
          <w:b/>
          <w:bCs/>
        </w:rPr>
      </w:pPr>
      <w:r w:rsidRPr="00BF21F7">
        <w:rPr>
          <w:b/>
          <w:bCs/>
        </w:rPr>
        <w:t>3. Ubicala en tu cuerpo</w:t>
      </w:r>
    </w:p>
    <w:p w14:paraId="6703D20F" w14:textId="77777777" w:rsidR="009F53CA" w:rsidRDefault="00BF21F7">
      <w:r>
        <w:t xml:space="preserve">   - ¿En qué parte del cuerpo la s</w:t>
      </w:r>
      <w:r>
        <w:t>entís con más claridad?</w:t>
      </w:r>
      <w:r>
        <w:br/>
        <w:t xml:space="preserve">   - ¿Tiene temperatura, forma, textura o movimiento?</w:t>
      </w:r>
    </w:p>
    <w:p w14:paraId="189E7B1E" w14:textId="77777777" w:rsidR="009F53CA" w:rsidRPr="00BF21F7" w:rsidRDefault="00BF21F7">
      <w:pPr>
        <w:rPr>
          <w:b/>
          <w:bCs/>
        </w:rPr>
      </w:pPr>
      <w:r w:rsidRPr="00BF21F7">
        <w:rPr>
          <w:b/>
          <w:bCs/>
        </w:rPr>
        <w:t>4. Desde tu Ser, conectá con ella</w:t>
      </w:r>
    </w:p>
    <w:p w14:paraId="12E5F66F" w14:textId="77777777" w:rsidR="009F53CA" w:rsidRDefault="00BF21F7">
      <w:r>
        <w:t xml:space="preserve">   Acercate a esa parte desde un lugar de calma, curiosidad y respeto. Podés usar preguntas como:</w:t>
      </w:r>
    </w:p>
    <w:p w14:paraId="1B2BAD35" w14:textId="77777777" w:rsidR="009F53CA" w:rsidRDefault="00BF21F7">
      <w:r>
        <w:t xml:space="preserve">   - ¿Qué necesitas de mí en este momento?</w:t>
      </w:r>
      <w:r>
        <w:br/>
        <w:t xml:space="preserve">   </w:t>
      </w:r>
      <w:r>
        <w:t>- ¿Qué querés decirme hoy?</w:t>
      </w:r>
      <w:r>
        <w:br/>
        <w:t xml:space="preserve">   - ¿Hay algo que te gustaría que sepa?</w:t>
      </w:r>
      <w:r>
        <w:br/>
        <w:t xml:space="preserve">   - ¿Qué puedo ofrecerte ahora?</w:t>
      </w:r>
    </w:p>
    <w:p w14:paraId="75A09C86" w14:textId="77777777" w:rsidR="009F53CA" w:rsidRPr="00BF21F7" w:rsidRDefault="00BF21F7">
      <w:pPr>
        <w:rPr>
          <w:b/>
          <w:bCs/>
        </w:rPr>
      </w:pPr>
      <w:r w:rsidRPr="00BF21F7">
        <w:rPr>
          <w:b/>
          <w:bCs/>
        </w:rPr>
        <w:t>5. Escuchá su respuesta sin apurarla</w:t>
      </w:r>
    </w:p>
    <w:p w14:paraId="2DA1AB74" w14:textId="77777777" w:rsidR="009F53CA" w:rsidRDefault="00BF21F7">
      <w:r>
        <w:t xml:space="preserve">   A veces las respuestas llegan en palabras, imágenes, sensaciones o intuiciones. No forces nada. Solo permanecé disp</w:t>
      </w:r>
      <w:r>
        <w:t>onible.</w:t>
      </w:r>
    </w:p>
    <w:p w14:paraId="2E3B54D6" w14:textId="77777777" w:rsidR="009F53CA" w:rsidRDefault="00BF21F7">
      <w:pPr>
        <w:pStyle w:val="Ttulo2"/>
      </w:pPr>
      <w:r>
        <w:lastRenderedPageBreak/>
        <w:t>📓</w:t>
      </w:r>
      <w:r>
        <w:t xml:space="preserve"> Recomendaciones adicionales</w:t>
      </w:r>
    </w:p>
    <w:p w14:paraId="35326B76" w14:textId="77777777" w:rsidR="009F53CA" w:rsidRDefault="00BF21F7">
      <w:r>
        <w:t>• Si la parte se siente incómoda o no quiere hablar, agradecele por mostrarse. A veces solo necesita tiempo.</w:t>
      </w:r>
    </w:p>
    <w:p w14:paraId="6A515FE9" w14:textId="77777777" w:rsidR="009F53CA" w:rsidRDefault="00BF21F7">
      <w:r>
        <w:t>• Si aparecen otras partes (críticas, dudas, juicios), podés agradecerles también y pedirles que te permitan</w:t>
      </w:r>
      <w:r>
        <w:t xml:space="preserve"> seguir en contacto con la parte inicial.</w:t>
      </w:r>
    </w:p>
    <w:p w14:paraId="4ED969E0" w14:textId="77777777" w:rsidR="009F53CA" w:rsidRDefault="00BF21F7">
      <w:r>
        <w:t>• Es útil tener un cuaderno a mano para anotar lo que descubriste después del ejercicio.</w:t>
      </w:r>
    </w:p>
    <w:sectPr w:rsidR="009F53CA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EA0B4" w14:textId="77777777" w:rsidR="00BF21F7" w:rsidRDefault="00BF21F7" w:rsidP="00BF21F7">
      <w:pPr>
        <w:spacing w:after="0" w:line="240" w:lineRule="auto"/>
      </w:pPr>
      <w:r>
        <w:separator/>
      </w:r>
    </w:p>
  </w:endnote>
  <w:endnote w:type="continuationSeparator" w:id="0">
    <w:p w14:paraId="151A9066" w14:textId="77777777" w:rsidR="00BF21F7" w:rsidRDefault="00BF21F7" w:rsidP="00BF2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37A70" w14:textId="77777777" w:rsidR="00BF21F7" w:rsidRDefault="00BF21F7" w:rsidP="00BF21F7">
      <w:pPr>
        <w:spacing w:after="0" w:line="240" w:lineRule="auto"/>
      </w:pPr>
      <w:r>
        <w:separator/>
      </w:r>
    </w:p>
  </w:footnote>
  <w:footnote w:type="continuationSeparator" w:id="0">
    <w:p w14:paraId="023DE453" w14:textId="77777777" w:rsidR="00BF21F7" w:rsidRDefault="00BF21F7" w:rsidP="00BF2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53CA"/>
    <w:rsid w:val="00AA1D8D"/>
    <w:rsid w:val="00B47730"/>
    <w:rsid w:val="00BF21F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F390AB6-F496-4361-A07F-EDA170EB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Leonardo González</cp:lastModifiedBy>
  <cp:revision>2</cp:revision>
  <dcterms:created xsi:type="dcterms:W3CDTF">2013-12-23T23:15:00Z</dcterms:created>
  <dcterms:modified xsi:type="dcterms:W3CDTF">2025-08-05T14:21:00Z</dcterms:modified>
  <cp:category/>
</cp:coreProperties>
</file>