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🧩 Ejercicio Entre Sesiones – Escritura desde una Parte</w:t>
      </w:r>
    </w:p>
    <w:p>
      <w:r>
        <w:t>Este ejercicio está inspirado en el enfoque IFS (Internal Family Systems) y propone un modo creativo y profundo de conectar con una parte tuya. Escribir desde la perspectiva de una parte puede ayudarte a comprenderla mejor y a fortalecer tu relación con ella.</w:t>
      </w:r>
    </w:p>
    <w:p>
      <w:pPr>
        <w:pStyle w:val="Heading2"/>
      </w:pPr>
      <w:r>
        <w:t>✍️ Paso a paso</w:t>
      </w:r>
    </w:p>
    <w:p>
      <w:r>
        <w:t>1. Tomate unos minutos para conectarte con vos mismo. Cerrá los ojos y preguntate: ¿Qué parte está presente hoy o necesita expresarse?</w:t>
      </w:r>
    </w:p>
    <w:p>
      <w:r>
        <w:t>2. Permití que surja espontáneamente. Podés notar su tono emocional, sus pensamientos o su energía en el cuerpo.</w:t>
      </w:r>
    </w:p>
    <w:p>
      <w:r>
        <w:t>3. Cuando tengas cierta claridad sobre qué parte quiere hablar, tomá papel y lápiz (o abrí un documento) y empezá a escribir *como si fueras esa parte*.</w:t>
      </w:r>
    </w:p>
    <w:p>
      <w:r>
        <w:t>4. No corrijas ni juzgues lo que sale. Dejá que la parte se exprese con libertad. Podés empezar con frases como:</w:t>
      </w:r>
    </w:p>
    <w:p>
      <w:r>
        <w:t xml:space="preserve">   - “Yo soy la parte que…”</w:t>
        <w:br/>
        <w:t xml:space="preserve">   - “Me siento…”</w:t>
        <w:br/>
        <w:t xml:space="preserve">   - “Lo que más me cuesta es…”</w:t>
        <w:br/>
        <w:t xml:space="preserve">   - “Lo que me gustaría que sepas es…”</w:t>
      </w:r>
    </w:p>
    <w:p>
      <w:pPr>
        <w:pStyle w:val="Heading2"/>
      </w:pPr>
      <w:r>
        <w:t>📓 Para reflexionar después</w:t>
      </w:r>
    </w:p>
    <w:p>
      <w:r>
        <w:t>Después de escribir, podés volver a tu Ser y leer lo que salió con curiosidad. Algunas preguntas útiles pueden ser:</w:t>
      </w:r>
    </w:p>
    <w:p>
      <w:r>
        <w:t>• ¿Qué descubriste sobre esta parte?</w:t>
        <w:br/>
        <w:t>• ¿Qué te conmovió o sorprendió?</w:t>
        <w:br/>
        <w:t>• ¿Qué te gustaría decirle desde tu Ser?</w:t>
        <w:br/>
        <w:t>• ¿Qué necesita esta parte de vos?</w:t>
      </w:r>
    </w:p>
    <w:p>
      <w:r>
        <w:t>Este ejercicio no busca interpretar ni corregir a la parte, sino ofrecerle espacio para ser escuchada y reconocida.</w:t>
      </w:r>
    </w:p>
    <w:sectPr w:rsidR="00FC693F" w:rsidRPr="0006063C" w:rsidSect="00034616"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