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 Ejercicio Entre Sesiones – Check-in con Partes</w:t>
      </w:r>
    </w:p>
    <w:p>
      <w:r>
        <w:t>Este ejercicio simple te ayuda a mantener una conexión viva con tu mundo interno entre sesiones. Es una práctica breve que podés hacer en cualquier momento del día, especialmente cuando querés entender qué está pasando dentro de vos.</w:t>
      </w:r>
    </w:p>
    <w:p>
      <w:pPr>
        <w:pStyle w:val="Heading2"/>
      </w:pPr>
      <w:r>
        <w:t>🌀 Paso a paso</w:t>
      </w:r>
    </w:p>
    <w:p>
      <w:r>
        <w:t>1. Cerrá los ojos unos momentos y llevá la atención hacia tu interior.</w:t>
      </w:r>
    </w:p>
    <w:p>
      <w:r>
        <w:t>2. Preguntate: ¿Qué parte está más presente ahora?</w:t>
        <w:br/>
        <w:t xml:space="preserve">   - Puede aparecer como una emoción, un pensamiento insistente o una tensión corporal.</w:t>
      </w:r>
    </w:p>
    <w:p>
      <w:r>
        <w:t>3. Observá esa parte con curiosidad. ¿Cómo se siente? ¿Tiene nombre o imagen?</w:t>
      </w:r>
    </w:p>
    <w:p>
      <w:r>
        <w:t>4. Ubicala en tu cuerpo. ¿Dónde la sentís con más claridad?</w:t>
      </w:r>
    </w:p>
    <w:p>
      <w:r>
        <w:t>5. Desde tu Ser, hacé preguntas simples como:</w:t>
      </w:r>
    </w:p>
    <w:p>
      <w:r>
        <w:t xml:space="preserve">   - ¿Qué necesitas de mí ahora?</w:t>
        <w:br/>
        <w:t xml:space="preserve">   - ¿Qué querés decirme?</w:t>
        <w:br/>
        <w:t xml:space="preserve">   - ¿Hay algo que te gustaría que sepa?</w:t>
      </w:r>
    </w:p>
    <w:p>
      <w:pPr>
        <w:pStyle w:val="Heading2"/>
      </w:pPr>
      <w:r>
        <w:t>📓 Para registrar</w:t>
      </w:r>
    </w:p>
    <w:p>
      <w:r>
        <w:t>Podés anotar brevemente:</w:t>
      </w:r>
    </w:p>
    <w:p>
      <w:r>
        <w:t>• Qué parte apareció.</w:t>
        <w:br/>
        <w:t>• Qué sentiste en el cuerpo.</w:t>
        <w:br/>
        <w:t>• Qué mensaje o necesidad expresó.</w:t>
        <w:br/>
        <w:t>• Qué te resultó más difícil o más fácil del ejercicio.</w:t>
      </w:r>
    </w:p>
    <w:p>
      <w:r>
        <w:t>Este check-in puede ayudarte a mantener una relación más consciente y compasiva con tus partes. No se trata de resolver todo, sino de cultivar presencia y escucha interna.</w:t>
      </w:r>
    </w:p>
    <w:sectPr w:rsidR="00FC693F" w:rsidRPr="0006063C"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